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047F" w14:textId="77777777" w:rsidR="009B63B3" w:rsidRDefault="00000000">
      <w:pPr>
        <w:jc w:val="center"/>
      </w:pPr>
      <w:r>
        <w:rPr>
          <w:b/>
          <w:color w:val="411982"/>
          <w:sz w:val="36"/>
        </w:rPr>
        <w:t>PROFESSIONAL ABSTRACT TEMPLATE</w:t>
      </w:r>
    </w:p>
    <w:p w14:paraId="791D4F74" w14:textId="77777777" w:rsidR="009B63B3" w:rsidRDefault="00000000">
      <w:r>
        <w:rPr>
          <w:b/>
          <w:color w:val="411982"/>
          <w:sz w:val="24"/>
        </w:rPr>
        <w:t>TITLE (UPPERCASE, BOLD, 14 pt)</w:t>
      </w:r>
    </w:p>
    <w:p w14:paraId="747E14BE" w14:textId="77777777" w:rsidR="009B63B3" w:rsidRDefault="00000000">
      <w:r>
        <w:t>Author One¹, Author Two², Author Three³</w:t>
      </w:r>
      <w:r>
        <w:br/>
        <w:t>¹Affiliation</w:t>
      </w:r>
      <w:r>
        <w:br/>
        <w:t>²Affiliation</w:t>
      </w:r>
      <w:r>
        <w:br/>
        <w:t>*Corresponding author: email@domain.com</w:t>
      </w:r>
    </w:p>
    <w:p w14:paraId="23EEA3C1" w14:textId="77777777" w:rsidR="009B63B3" w:rsidRDefault="00000000">
      <w:r>
        <w:rPr>
          <w:b/>
          <w:color w:val="411982"/>
          <w:sz w:val="24"/>
        </w:rPr>
        <w:t>ABSTRACT</w:t>
      </w:r>
    </w:p>
    <w:p w14:paraId="150CD7CA" w14:textId="77777777" w:rsidR="009B63B3" w:rsidRDefault="00000000">
      <w:r>
        <w:t>Maximum 300 words. Organize into: Background, Objective, Methods, Results, and Conclusion.</w:t>
      </w:r>
    </w:p>
    <w:p w14:paraId="28BF2E76" w14:textId="77777777" w:rsidR="009B63B3" w:rsidRDefault="00000000">
      <w:r>
        <w:rPr>
          <w:b/>
          <w:color w:val="411982"/>
          <w:sz w:val="24"/>
        </w:rPr>
        <w:t>KEYWORDS</w:t>
      </w:r>
    </w:p>
    <w:p w14:paraId="496622AF" w14:textId="77777777" w:rsidR="009B63B3" w:rsidRDefault="00000000">
      <w:r>
        <w:t>3–5 keywords separated by semicolons.</w:t>
      </w:r>
    </w:p>
    <w:p w14:paraId="6E4D67CB" w14:textId="77777777" w:rsidR="009B63B3" w:rsidRDefault="00000000">
      <w:r>
        <w:rPr>
          <w:b/>
          <w:color w:val="411982"/>
          <w:sz w:val="24"/>
        </w:rPr>
        <w:t>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9B63B3" w14:paraId="2A308F56" w14:textId="77777777">
        <w:tc>
          <w:tcPr>
            <w:tcW w:w="5112" w:type="dxa"/>
          </w:tcPr>
          <w:p w14:paraId="2A93B6E1" w14:textId="77777777" w:rsidR="009B63B3" w:rsidRDefault="00000000">
            <w:r>
              <w:t>Paper size</w:t>
            </w:r>
          </w:p>
        </w:tc>
        <w:tc>
          <w:tcPr>
            <w:tcW w:w="5112" w:type="dxa"/>
          </w:tcPr>
          <w:p w14:paraId="7FDBB15F" w14:textId="77777777" w:rsidR="009B63B3" w:rsidRDefault="00000000">
            <w:r>
              <w:t>A4</w:t>
            </w:r>
          </w:p>
        </w:tc>
      </w:tr>
      <w:tr w:rsidR="009B63B3" w14:paraId="7E743729" w14:textId="77777777">
        <w:tc>
          <w:tcPr>
            <w:tcW w:w="5112" w:type="dxa"/>
          </w:tcPr>
          <w:p w14:paraId="23F7999B" w14:textId="77777777" w:rsidR="009B63B3" w:rsidRDefault="00000000">
            <w:r>
              <w:t>Margins</w:t>
            </w:r>
          </w:p>
        </w:tc>
        <w:tc>
          <w:tcPr>
            <w:tcW w:w="5112" w:type="dxa"/>
          </w:tcPr>
          <w:p w14:paraId="6CCC8E19" w14:textId="77777777" w:rsidR="009B63B3" w:rsidRDefault="00000000">
            <w:r>
              <w:t>2.5 cm</w:t>
            </w:r>
          </w:p>
        </w:tc>
      </w:tr>
      <w:tr w:rsidR="009B63B3" w14:paraId="28B24647" w14:textId="77777777">
        <w:tc>
          <w:tcPr>
            <w:tcW w:w="5112" w:type="dxa"/>
          </w:tcPr>
          <w:p w14:paraId="4B751741" w14:textId="77777777" w:rsidR="009B63B3" w:rsidRDefault="00000000">
            <w:r>
              <w:t>Font</w:t>
            </w:r>
          </w:p>
        </w:tc>
        <w:tc>
          <w:tcPr>
            <w:tcW w:w="5112" w:type="dxa"/>
          </w:tcPr>
          <w:p w14:paraId="660A0016" w14:textId="77777777" w:rsidR="009B63B3" w:rsidRDefault="00000000">
            <w:r>
              <w:t>Times New Roman 12 pt</w:t>
            </w:r>
          </w:p>
        </w:tc>
      </w:tr>
      <w:tr w:rsidR="009B63B3" w14:paraId="0DD90890" w14:textId="77777777">
        <w:tc>
          <w:tcPr>
            <w:tcW w:w="5112" w:type="dxa"/>
          </w:tcPr>
          <w:p w14:paraId="5A3ED60D" w14:textId="77777777" w:rsidR="009B63B3" w:rsidRDefault="00000000">
            <w:r>
              <w:t>Spacing</w:t>
            </w:r>
          </w:p>
        </w:tc>
        <w:tc>
          <w:tcPr>
            <w:tcW w:w="5112" w:type="dxa"/>
          </w:tcPr>
          <w:p w14:paraId="37A69CC5" w14:textId="77777777" w:rsidR="009B63B3" w:rsidRDefault="00000000">
            <w:r>
              <w:t>1.15</w:t>
            </w:r>
          </w:p>
        </w:tc>
      </w:tr>
      <w:tr w:rsidR="009B63B3" w14:paraId="75B7CCEC" w14:textId="77777777">
        <w:tc>
          <w:tcPr>
            <w:tcW w:w="5112" w:type="dxa"/>
          </w:tcPr>
          <w:p w14:paraId="5A2A2B5E" w14:textId="77777777" w:rsidR="009B63B3" w:rsidRDefault="00000000">
            <w:r>
              <w:t>Alignment</w:t>
            </w:r>
          </w:p>
        </w:tc>
        <w:tc>
          <w:tcPr>
            <w:tcW w:w="5112" w:type="dxa"/>
          </w:tcPr>
          <w:p w14:paraId="1ECE91B0" w14:textId="77777777" w:rsidR="009B63B3" w:rsidRDefault="00000000">
            <w:r>
              <w:t>Justified</w:t>
            </w:r>
          </w:p>
        </w:tc>
      </w:tr>
      <w:tr w:rsidR="009B63B3" w14:paraId="673FFF67" w14:textId="77777777">
        <w:tc>
          <w:tcPr>
            <w:tcW w:w="5112" w:type="dxa"/>
          </w:tcPr>
          <w:p w14:paraId="273D7E96" w14:textId="77777777" w:rsidR="009B63B3" w:rsidRDefault="00000000">
            <w:r>
              <w:t>References</w:t>
            </w:r>
          </w:p>
        </w:tc>
        <w:tc>
          <w:tcPr>
            <w:tcW w:w="5112" w:type="dxa"/>
          </w:tcPr>
          <w:p w14:paraId="7D2DF5EA" w14:textId="77777777" w:rsidR="009B63B3" w:rsidRDefault="00000000">
            <w:r>
              <w:t>APA 7th or conference style</w:t>
            </w:r>
          </w:p>
        </w:tc>
      </w:tr>
    </w:tbl>
    <w:p w14:paraId="1D35F3C1" w14:textId="77777777" w:rsidR="009B63B3" w:rsidRDefault="00000000">
      <w:r>
        <w:rPr>
          <w:b/>
          <w:color w:val="411982"/>
          <w:sz w:val="24"/>
        </w:rPr>
        <w:t>DECLARATION</w:t>
      </w:r>
    </w:p>
    <w:p w14:paraId="39D4E4B7" w14:textId="77777777" w:rsidR="009B63B3" w:rsidRDefault="00000000">
      <w:r>
        <w:t>□ This abstract is original and has not been published elsewhere.</w:t>
      </w:r>
      <w:r>
        <w:br/>
        <w:t>□ All authors approve this submission.</w:t>
      </w:r>
    </w:p>
    <w:sectPr w:rsidR="009B63B3" w:rsidSect="00034616">
      <w:headerReference w:type="default" r:id="rId8"/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457AD" w14:textId="77777777" w:rsidR="00C62981" w:rsidRDefault="00C62981">
      <w:pPr>
        <w:spacing w:after="0" w:line="240" w:lineRule="auto"/>
      </w:pPr>
      <w:r>
        <w:separator/>
      </w:r>
    </w:p>
  </w:endnote>
  <w:endnote w:type="continuationSeparator" w:id="0">
    <w:p w14:paraId="1446B0FF" w14:textId="77777777" w:rsidR="00C62981" w:rsidRDefault="00C6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35E2" w14:textId="2BE30AC2" w:rsidR="009B63B3" w:rsidRDefault="00000000">
    <w:pPr>
      <w:pStyle w:val="Footer"/>
      <w:jc w:val="center"/>
    </w:pPr>
    <w:r>
      <w:t>ISH 2026 | Sustainable Health 5.0 | https://ikhconference</w:t>
    </w:r>
    <w:r w:rsidR="00D6322B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9EA2" w14:textId="77777777" w:rsidR="00C62981" w:rsidRDefault="00C62981">
      <w:pPr>
        <w:spacing w:after="0" w:line="240" w:lineRule="auto"/>
      </w:pPr>
      <w:r>
        <w:separator/>
      </w:r>
    </w:p>
  </w:footnote>
  <w:footnote w:type="continuationSeparator" w:id="0">
    <w:p w14:paraId="15220840" w14:textId="77777777" w:rsidR="00C62981" w:rsidRDefault="00C6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C5A6" w14:textId="77777777" w:rsidR="003139B2" w:rsidRDefault="00000000">
    <w:pPr>
      <w:pStyle w:val="Header"/>
      <w:jc w:val="center"/>
      <w:rPr>
        <w:b/>
        <w:sz w:val="32"/>
      </w:rPr>
    </w:pPr>
    <w:r>
      <w:rPr>
        <w:noProof/>
      </w:rPr>
      <w:drawing>
        <wp:inline distT="0" distB="0" distL="0" distR="0" wp14:anchorId="5C481591" wp14:editId="54705416">
          <wp:extent cx="1188720" cy="56096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b1984f0-dece-4c72-aba9-53165810e3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60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32"/>
      </w:rPr>
      <w:br/>
      <w:t xml:space="preserve">INTERNATIONAL CONFERENCE ON SUSTAINABLE HEALTH 5.0 </w:t>
    </w:r>
  </w:p>
  <w:p w14:paraId="3281425D" w14:textId="0432D9AF" w:rsidR="009B63B3" w:rsidRDefault="00000000">
    <w:pPr>
      <w:pStyle w:val="Header"/>
      <w:jc w:val="center"/>
    </w:pPr>
    <w:r>
      <w:rPr>
        <w:b/>
        <w:sz w:val="32"/>
      </w:rPr>
      <w:t>(I</w:t>
    </w:r>
    <w:r w:rsidR="003139B2">
      <w:rPr>
        <w:b/>
        <w:sz w:val="32"/>
      </w:rPr>
      <w:t>C</w:t>
    </w:r>
    <w:r>
      <w:rPr>
        <w:b/>
        <w:sz w:val="32"/>
      </w:rPr>
      <w:t>SH 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393303">
    <w:abstractNumId w:val="8"/>
  </w:num>
  <w:num w:numId="2" w16cid:durableId="1565678451">
    <w:abstractNumId w:val="6"/>
  </w:num>
  <w:num w:numId="3" w16cid:durableId="308562002">
    <w:abstractNumId w:val="5"/>
  </w:num>
  <w:num w:numId="4" w16cid:durableId="381365212">
    <w:abstractNumId w:val="4"/>
  </w:num>
  <w:num w:numId="5" w16cid:durableId="1734158999">
    <w:abstractNumId w:val="7"/>
  </w:num>
  <w:num w:numId="6" w16cid:durableId="995498703">
    <w:abstractNumId w:val="3"/>
  </w:num>
  <w:num w:numId="7" w16cid:durableId="1186481709">
    <w:abstractNumId w:val="2"/>
  </w:num>
  <w:num w:numId="8" w16cid:durableId="969675835">
    <w:abstractNumId w:val="1"/>
  </w:num>
  <w:num w:numId="9" w16cid:durableId="169969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39B2"/>
    <w:rsid w:val="00326F90"/>
    <w:rsid w:val="00601D49"/>
    <w:rsid w:val="009B63B3"/>
    <w:rsid w:val="009C2073"/>
    <w:rsid w:val="00A5011D"/>
    <w:rsid w:val="00AA1D8D"/>
    <w:rsid w:val="00B47730"/>
    <w:rsid w:val="00C62981"/>
    <w:rsid w:val="00CB0664"/>
    <w:rsid w:val="00D6322B"/>
    <w:rsid w:val="00EA77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5C8E8"/>
  <w14:defaultImageDpi w14:val="300"/>
  <w15:docId w15:val="{AFDF4869-5EA5-4565-87A2-7AE74CFD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Muhammad Trinanda</cp:lastModifiedBy>
  <cp:revision>3</cp:revision>
  <dcterms:created xsi:type="dcterms:W3CDTF">2026-07-17T00:19:00Z</dcterms:created>
  <dcterms:modified xsi:type="dcterms:W3CDTF">2026-07-22T15:40:00Z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f127a110-83b9-4e75-bae7-296bda0d6f72</vt:lpwstr>
  </property>
</Properties>
</file>